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وشم على زند قرشي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نسيمة/ بن عيسى رندة/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ديوان وشم على زند/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