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المرجعية الصوفية في رواية الخميائي لباولو كوبلو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حسيبة/ شرافة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ملامح المرجعية/ رواية الخميائي/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