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التحجر اللغوي قي لغة متعلمي اللغة العربية الناطقين بالعامية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شوارفة أمال/ بقباقي الزهراء/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التعلم/ العامية/ إكتساب اللغة/ التحجر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