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الوصف في رواية تماسخت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بلقط نادية/ بلعابد زهية/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الوصف/ رواية تماسخت/ حبيب السائح/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