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أيام أرخ لها الشعر الجزائري أحمد سحنون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 وردة/ بوحناش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