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ملامح النظريات النقدية العربية لعبد العزيز حمودة المرايا المقعرة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حاج خلوف نعيمة/ شفشوف منى/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