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الصوت في قصيدة الزوجة الغادرة لعبد الرحمان شكري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عصمان زينب/ بودهوس ياسر/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الصوت/ عبد الرحمن شكري/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