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أسلوب النداء في القرآن الكريم سورة المائدة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بوشطوب حواء/ محاربي هاجر/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النداء/ سورة المائدة/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