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العاملة دراسة بلاغية سورة هود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سمارة أحمد/ شطيبي جمال/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العاملة/ سورة هود عليه السلام/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