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التأشيرة لهشام الجخ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مشحالك رفيقة/ شقة خلود/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الدراسة الأسلوبية/ قصيدة التأشيرة/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