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الشخصية في رواية شدو البلابل لجيلالي خلاص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العايب زينة/ مطاعي منية/ بن جامع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800104311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الشخصية/ رواية شدوا البلابل/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