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التعليل عند أبي القاسم الزجاجي في كتابه الإيضاح في علل النحو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أعزيز زينب/ لزرق فايزة/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التعليل/ أبي القاسم الزجاجي/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