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دم الغزال 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كتمان أحمد/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مرزاق بقطاش/ رواية دم الغزال/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