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لغة عيون العاشقين نماذج من الشعر العربي القديم 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وجدي أميرة/ بولعجين دليلة/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