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فن المدح في سيفيات أبي الطيب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بوعفينة سعاد/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