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قصة سليمان عليه السلام مع الهدهد وملكة سبأ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 ياسمينة/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