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شعر أبي تمام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لعريبي أمال/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800107311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