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السجن 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بوجزة عبد الغاني/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