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المنفى في شعر المعتمد بن عباد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كرباش أمال/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