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الرمز الصوفي قي الحكم العطائية لابن عطاء الله السكندري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عليوط حدة/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