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رمضان حمود دراسة موضوعية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شلي فاطمة/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رمضان حمود/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