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التاريخي في رواية كتاب الأمير مسالك أبواب الحديد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قمبور نجاة/ بوعنان صورية/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كتاب مسالك أبواب الحديد/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