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الفضاء المغلق المعتمد بن عباد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عسكر فطيمة/ بولعوينات أمينة/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الشعرية/ الفضاء المغلق/ المعتمد بن عباد/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