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الشعرية عند معروف الرصافي الفلسفيات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بوشكندة حليمة/ قدرز وداد/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الشعرية/ الصورة الشعرية/ فلسفيات الرصافي/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