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فرسان الأحلام القتيلة لإبر اهيم 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إيمان/ مزهود صفية/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إبراهيم الكوني/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