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في قصيدة من مفكرة عاشق دمشقي لـ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نبيهة/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النص/ الإتساق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