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صوتية لقصائد بشير عروس ضمن مجموعة الحواس الس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ماش راضي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يات/ قصائد بشير عرو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