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أصابع لوليتا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بنور ياسمينة/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واسيني الأعرج/ رواية أصابع لوليتا/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