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التداولية في كتاب دلائل الإعجاز لعبد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جواب الله أمال/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عبد القاهر الجرجاني/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