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التداولية في كتاب البيان والتبيين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علية كمال/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التداولية/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