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تعليم اللغة العربية في المدرسة الجزائرية السنة الثالثة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الشبلي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المدرسة الجزائرية/ السنة الثالثة 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