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التسيير في النحو العربي عند مهدي المخزومي من خلال كتابه في النحو العربي نقد وتوجيه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زيان نسيمة/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مهدي المخزومي/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