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موازي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نسة قندولي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واسيني الأعرج/ رواية مملكة الفراش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