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والخطاب المضاد في رواية إرهابيس لعز الدين ميهوبي دراسة في ضوء السرديات الثقافية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طلحة عبد الباسط/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النقد الثقافي/ الخطاب المضاد/ رواية إرهابيس/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