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عنف السلطة واغتراب الذات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 سميحة/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السلطة/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