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السير ذاتية عند محمود درويش قصائد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بوسبيسي سعدية/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محمود درويش/ السيرة/ قصيدة السير الذاتية/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