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سيميولوجية الشخصيات الروائية في رواية زهوة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بوعنان إبتسام/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الشخصية الروائية/ سيميولوجية/ رواية زهوة/ الحبيب السائح/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