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المركز والهامش في رواية مذنبون لون دمهم في كفي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سليمة/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الحبيب السائح/ المركز/ الهامش/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