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شعر الأمير عبد القادر الجزائري دراسة 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مرزوق جميلة/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الآخر/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