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سيكولوجيا الشخصية في رواية أصابع الإتهام لجميلة زنير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خويتر فاطمة/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أصابع الاتهام/ جميلة زنير/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