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الازمات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نداء محمد باقر الياسري/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9789957249144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الازمات/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