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البحث العلمي اسسه ومناهجه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عصام حسن الدليمي/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9789957762834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الأبحاث/ أساليب البحث/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