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المعلوماتية والبحث العلمي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عصام حسن احمد الدليمي/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9789957761776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