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وطرق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ابراهيم بن عبد العزيز الدعيلج/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التحليل الإحصائي/ المكتبات/ أدوات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