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تدقيق البنوك والادوت المالية المشتقة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حلمي جمعة/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البنوك/ التدقيق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