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في العلوم الاجتماعية والادارية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الوطن العربي/ الأبحاث/ أساليب البحث/ توثيق المصادر/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