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الاقتصاد الجزئي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الطلب/ العرض/ الاداري الاقتصاد/ الانتاجية/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