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وخدمة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مأمون سليمان الدرادكة/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9789957242268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الاعمال/ العملاء/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