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الرياضيات للاقتصاد والعلوم الادارية والمالية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حسن ياسين طعمة/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9789957245450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التكامل/ المصفوفات/ الدالة/ المشتقة/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