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المعايير الدولية للمحاسبة والتدقيق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تدقيق الحسابات/ العمليات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